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טריוויה עולמית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בסיסיות על העולם - גאוגרפיה, חלל ובעלי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וזיכרון באמצעות שאלות טריוויה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ידע כללי בנושאי טבע ותרבויות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נהר הנילוס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כוכב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אנטארקטיקה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האוקיינוס השקט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הר האוורסט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הנילוס זורם באפריקה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כדור הארץ מסתובב סביב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פיל מניק את הגורים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שבע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האוקיינוס הגדול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לכל עם יש מנהגים ושפה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האוורסט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יבשות וידע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(יבשת עם נהר הנילוס)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(היבשת הקרה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(היבשת עם הכי הרבה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(יבשת שהיא גם 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(יבשת עם הרבה מדינות קטנות)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מהקרוב לרחוק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כוכב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כל שתי עובדות נכונות מהנושאים שנלמדו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הנילוס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במצב קבוצות עם מקרן כדי לעודד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להוסיף הסבר קצר אחרי כל תשובה כדי להעמיק את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קצב השאלות בעזרת הטיימר לפי רמת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טריוויה עולמית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שאלות טריוויה מעניינות על העולם - יבשות, נהרות, חלל, בעלי חיים וטבע.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נהר הנילוס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הדנובה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כוכב לכת הכי קרוב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כוכב 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בעל החיים היבשתי הגדול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היפופוטם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יבשת היא הקרה ביותר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האוקיינוס הגדול ביותר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האוקיינוס האטלנטי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האוקיינוס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האוקיינוס ההודי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האוקיינוס הארקטי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איזה הר הוא הגבוה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האוורסט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פוג׳י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קילימנג׳רו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רגליים יש לעכביש?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הנילוס זורם בדרום אמריקה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הארץ הוא כוכב לכת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פיל הוא יונק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יבשת אחת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האוקיינוס השקט הוא הגדול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מדינה יש תרבות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הנהר הארוך באפריקה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כדור הארץ מסתובב סביב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בעל החיים היבשתי הגדול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הגבוה בעולם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בעולם יש שבע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האוקיינוס ה__________ הוא הגדול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יבשות וידע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יבשת עם הרבה מדינות קטנות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יבשת שהיא גם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יבשת עם נהר הנילוס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אוסטרליה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היבשת עם הכי הרבה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אירופה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היבשת הקרה ביותר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מהקרוב לרחוק מהשמש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הארץ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כוכב 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עובדות מעניינות שלמדתם היום על העולם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הייתה הכי מעניינת לדעתכם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הנהר הארוך באפריקה?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יבשות יש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בעל החיים היבשתי הגדול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טריוויה עולמית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