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העולם - גאוגרפיה, חלל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וזיכרון באמצעות שאלות 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בנושאי טבע ותרבויות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כוכב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האוקיינוס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הר האוורסט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הנילוס זורם 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כדור הארץ מסתובב סביב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פיל מניק את הגורים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שבע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האוקיינוס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לכל עם יש מנהגים ושפה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האוורסט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יבשות וידע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(יבשת עם נהר הנילוס)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(היבשת עם הכי הרבה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(יבשת שהיא גם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(יבשת עם הרבה מדינות קטנות)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מהקרוב לרחוק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כל שתי עובדות נכונות מהנושאים שנלמדו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במצב קבוצות עם מקרן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להוסיף הסבר קצר אחרי כל תשובה כדי להעמיק את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קצב השאלות בעזרת הטיימר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קלות על העולם - מקומות, חלל וחיות.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 מאוד, כמו אפריקה או אסיה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מים גדול שזורם מהגבהים 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גלקסיה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ענקית של כוכבים בחלל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יונקים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שמניקים את הגורים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אוקיינוס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מים גדול מאוד בין היבשות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המנהגים והאמונות של קבוצת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כוכב לכת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גוף שמסתובב סביב השמש, כמו כדור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הנהר הארוך באפריקה?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יבשות יש בכדור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כוכב קרוב ביותר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החיה הכי גדולה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היפופוטם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הכי קר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שם האוקיינוס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האוקיינוס האטלנטי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האוקיינוס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האוקיינוס ההודי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האוקיינוס הארקטי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שם ההר הכי גבוה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האוורסט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פוג׳י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קילימנג׳רו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רגליים יש לעכביש?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הנילוס זורם בדרום אמריקה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הארץ הוא כוכב לכת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 הוא יונק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יבשת אחת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הגדול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מדינה יש תרבות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הארוך באפריקה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כדור הארץ מסתובב סביב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בעל החיים היבשתי הגדול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הגבוה בעולם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בעולם יש שבע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האוקיינוס ה__________ הוא הגדול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יבשות וידע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היבשת עם הכי הרבה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יבשת עם הרבה מדינות קטנות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יבשת שהיא גם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אוסטרליה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יבשת עם נהר הנילוס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היבשת הקרה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מהקרוב לרחוק מהשמש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כוכב 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עובדות מעניינות שלמדתם היום על העולם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הייתה הכי מעניינת לדעתכם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הנהר הארוך באפריקה?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יבשות יש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בעל החיים היבשתי הגדול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טריוויה עולמית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