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טריוויה עולמית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העולם - גאוגרפיה, חלל ובעלי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וזיכרון באמצעות שאלות טריוויה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ידע כללי בנושאי טבע ותרבויות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נהר הנילוס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הנילוס זורם 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כדור הארץ מסתובב סביב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פיל מניק את הגורים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האוורסט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יבשות וידע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(יבשת עם נהר הנילוס)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(היבשת הקרה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(היבשת עם הכי הרבה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(יבשת שהיא גם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מהקרוב לרחוק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כל שתי עובדות נכונות מהנושאים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הנילוס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במצב קבוצות עם מקרן כדי לעודד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להוסיף הסבר קצר אחרי כל תשובה כדי להעמיק את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קצב השאלות בעזרת הטיימר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טריוויה עולמית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שאלות טריוויה מעניינות על העולם - יבשות, נהרות, חלל, בעלי חיים וטבע.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הנילוס  ·  האוורסט  ·  שמש  ·  פיל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נהר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נהר התמזה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בעל החיים היבשתי הגדול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היפופוטם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הנילוס זורם בדרום אמריקה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כדור הארץ הוא כוכב לכת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 הוא יונק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הנהר הארוך באפריקה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כדור הארץ מסתובב סביב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בעל החיים היבשתי הגדול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ההר הגבוה בעולם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יבשות וידע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יבשת שהיא גם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היבשת עם הכי הרבה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היבשת הקרה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אוסטרליה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יבשת עם נהר הנילוס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מהקרוב לרחוק מהשמש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כוכב 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כדור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עובדות מעניינות שלמדתם היום על העולם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הנהר הארוך באפריקה?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יבשות יש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טריוויה עולמית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